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sz w:val="28"/>
        </w:rPr>
        <w:t>[Ihr Firmenname]</w:t>
      </w:r>
    </w:p>
    <w:p>
      <w:pPr>
        <w:spacing w:after="80"/>
      </w:pPr>
      <w:r>
        <w:rPr>
          <w:b w:val="0"/>
          <w:color w:val="6B7280"/>
          <w:sz w:val="20"/>
        </w:rPr>
        <w:t>[Straße Hausnummer] · [PLZ Ort] · Österreich · [Telefon] · [E-Mail]</w:t>
      </w:r>
    </w:p>
    <w:p>
      <w:pPr>
        <w:spacing w:after="360"/>
      </w:pPr>
      <w:r>
        <w:rPr>
          <w:b w:val="0"/>
          <w:color w:val="6B7280"/>
          <w:sz w:val="20"/>
        </w:rPr>
        <w:t>UID-Nummer: [ATU00000000]</w:t>
      </w:r>
    </w:p>
    <w:p>
      <w:pPr>
        <w:spacing w:after="40"/>
      </w:pPr>
      <w:r>
        <w:rPr>
          <w:b w:val="0"/>
          <w:color w:val="6B7280"/>
          <w:sz w:val="16"/>
        </w:rPr>
        <w:t>RECHNUNG AN</w:t>
      </w:r>
    </w:p>
    <w:p>
      <w:pPr>
        <w:spacing w:after="360"/>
      </w:pPr>
      <w:r>
        <w:rPr>
          <w:b w:val="0"/>
          <w:sz w:val="20"/>
        </w:rPr>
        <w:t>[Name des Kunden]</w:t>
        <w:br/>
        <w:t>[Straße Hausnummer]</w:t>
        <w:br/>
        <w:t>[PLZ Ort]</w:t>
      </w:r>
    </w:p>
    <w:p>
      <w:pPr>
        <w:spacing w:after="120"/>
      </w:pPr>
      <w:r>
        <w:rPr>
          <w:b/>
          <w:color w:val="00A844"/>
          <w:sz w:val="40"/>
        </w:rPr>
        <w:t>RECHNUNG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6860"/>
      </w:tblGrid>
      <w:tr>
        <w:tc>
          <w:tcPr>
            <w:tcW w:type="dxa" w:w="2551"/>
          </w:tcPr>
          <w:p>
            <w:r>
              <w:rPr>
                <w:sz w:val="19"/>
              </w:rPr>
              <w:t>Rechnungsnummer</w:t>
            </w:r>
          </w:p>
        </w:tc>
        <w:tc>
          <w:tcPr>
            <w:tcW w:type="dxa" w:w="6860"/>
          </w:tcPr>
          <w:p>
            <w:r>
              <w:rPr>
                <w:sz w:val="19"/>
              </w:rPr>
              <w:t>[2026-001]</w:t>
            </w:r>
          </w:p>
        </w:tc>
      </w:tr>
      <w:tr>
        <w:tc>
          <w:tcPr>
            <w:tcW w:type="dxa" w:w="2551"/>
          </w:tcPr>
          <w:p>
            <w:r>
              <w:rPr>
                <w:sz w:val="19"/>
              </w:rPr>
              <w:t>Rechnungsdatum</w:t>
            </w:r>
          </w:p>
        </w:tc>
        <w:tc>
          <w:tcPr>
            <w:tcW w:type="dxa" w:w="6860"/>
          </w:tcPr>
          <w:p>
            <w:r>
              <w:rPr>
                <w:sz w:val="19"/>
              </w:rPr>
              <w:t>[TT.MM.JJJJ]</w:t>
            </w:r>
          </w:p>
        </w:tc>
      </w:tr>
      <w:tr>
        <w:tc>
          <w:tcPr>
            <w:tcW w:type="dxa" w:w="2551"/>
          </w:tcPr>
          <w:p>
            <w:r>
              <w:rPr>
                <w:sz w:val="19"/>
              </w:rPr>
              <w:t>Leistungsdatum / -zeitraum</w:t>
            </w:r>
          </w:p>
        </w:tc>
        <w:tc>
          <w:tcPr>
            <w:tcW w:type="dxa" w:w="6860"/>
          </w:tcPr>
          <w:p>
            <w:r>
              <w:rPr>
                <w:sz w:val="19"/>
              </w:rPr>
              <w:t>[TT.MM.JJJJ bzw. Zeitraum]</w:t>
            </w:r>
          </w:p>
        </w:tc>
      </w:tr>
      <w:tr>
        <w:tc>
          <w:tcPr>
            <w:tcW w:type="dxa" w:w="2551"/>
          </w:tcPr>
          <w:p>
            <w:r>
              <w:rPr>
                <w:sz w:val="19"/>
              </w:rPr>
              <w:t>UID-Nr. Kunde (ab 10.000 € brutto)</w:t>
            </w:r>
          </w:p>
        </w:tc>
        <w:tc>
          <w:tcPr>
            <w:tcW w:type="dxa" w:w="6860"/>
          </w:tcPr>
          <w:p>
            <w:r>
              <w:rPr>
                <w:sz w:val="19"/>
              </w:rPr>
              <w:t>[ATU…]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4649"/>
        <w:gridCol w:w="1247"/>
        <w:gridCol w:w="1474"/>
        <w:gridCol w:w="1361"/>
      </w:tblGrid>
      <w:tr>
        <w:tc>
          <w:tcPr>
            <w:tcW w:type="dxa" w:w="680"/>
            <w:shd w:val="clear" w:color="auto" w:fill="E8F7EE"/>
          </w:tcPr>
          <w:p>
            <w:r>
              <w:rPr>
                <w:b/>
                <w:sz w:val="18"/>
              </w:rPr>
              <w:t>Pos.</w:t>
            </w:r>
          </w:p>
        </w:tc>
        <w:tc>
          <w:tcPr>
            <w:tcW w:type="dxa" w:w="4649"/>
            <w:shd w:val="clear" w:color="auto" w:fill="E8F7EE"/>
          </w:tcPr>
          <w:p>
            <w:r>
              <w:rPr>
                <w:b/>
                <w:sz w:val="18"/>
              </w:rPr>
              <w:t>Leistung / Ware</w:t>
            </w:r>
          </w:p>
        </w:tc>
        <w:tc>
          <w:tcPr>
            <w:tcW w:type="dxa" w:w="1247"/>
            <w:shd w:val="clear" w:color="auto" w:fill="E8F7EE"/>
          </w:tcPr>
          <w:p>
            <w:pPr>
              <w:jc w:val="right"/>
            </w:pPr>
            <w:r>
              <w:rPr>
                <w:b/>
                <w:sz w:val="18"/>
              </w:rPr>
              <w:t>Menge</w:t>
            </w:r>
          </w:p>
        </w:tc>
        <w:tc>
          <w:tcPr>
            <w:tcW w:type="dxa" w:w="1474"/>
            <w:shd w:val="clear" w:color="auto" w:fill="E8F7EE"/>
          </w:tcPr>
          <w:p>
            <w:pPr>
              <w:jc w:val="right"/>
            </w:pPr>
            <w:r>
              <w:rPr>
                <w:b/>
                <w:sz w:val="18"/>
              </w:rPr>
              <w:t>Einzelpreis</w:t>
            </w:r>
          </w:p>
        </w:tc>
        <w:tc>
          <w:tcPr>
            <w:tcW w:type="dxa" w:w="1361"/>
            <w:shd w:val="clear" w:color="auto" w:fill="E8F7EE"/>
          </w:tcPr>
          <w:p>
            <w:pPr>
              <w:jc w:val="right"/>
            </w:pPr>
            <w:r>
              <w:rPr>
                <w:b/>
                <w:sz w:val="18"/>
              </w:rPr>
              <w:t>Betrag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4649"/>
          </w:tcPr>
          <w:p>
            <w:r>
              <w:rPr>
                <w:sz w:val="18"/>
              </w:rPr>
              <w:t>[Beschreibung der Leistung]</w:t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sz w:val="18"/>
              </w:rPr>
              <w:t>[1]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4649"/>
          </w:tcPr>
          <w:p>
            <w:r>
              <w:rPr>
                <w:sz w:val="18"/>
              </w:rPr>
              <w:t>[Beschreibung der Leistung]</w:t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sz w:val="18"/>
              </w:rPr>
              <w:t>[1]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4649"/>
          </w:tcPr>
          <w:p>
            <w:r>
              <w:rPr>
                <w:sz w:val="18"/>
              </w:rPr>
              <w:t>[Beschreibung der Leistung]</w:t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sz w:val="18"/>
              </w:rPr>
              <w:t>[1]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4649"/>
          </w:tcPr>
          <w:p>
            <w:r>
              <w:rPr>
                <w:sz w:val="18"/>
              </w:rPr>
              <w:t>[Beschreibung der Leistung]</w:t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sz w:val="18"/>
              </w:rPr>
              <w:t>[1]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</w:tr>
      <w:tr>
        <w:tc>
          <w:tcPr>
            <w:tcW w:type="dxa" w:w="1474"/>
            <w:gridSpan w:val="4"/>
          </w:tcPr>
          <w:p>
            <w:pPr>
              <w:jc w:val="right"/>
            </w:pPr>
            <w:r>
              <w:rPr>
                <w:b w:val="0"/>
              </w:rPr>
              <w:t>Summe netto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b w:val="0"/>
              </w:rPr>
              <w:t>[0,00 €]</w:t>
            </w:r>
          </w:p>
        </w:tc>
      </w:tr>
      <w:tr>
        <w:tc>
          <w:tcPr>
            <w:tcW w:type="dxa" w:w="1474"/>
            <w:gridSpan w:val="4"/>
          </w:tcPr>
          <w:p>
            <w:pPr>
              <w:jc w:val="right"/>
            </w:pPr>
            <w:r>
              <w:rPr>
                <w:b w:val="0"/>
              </w:rPr>
              <w:t>zzgl. 20 % USt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b w:val="0"/>
              </w:rPr>
              <w:t>[0,00 €]</w:t>
            </w:r>
          </w:p>
        </w:tc>
      </w:tr>
      <w:tr>
        <w:tc>
          <w:tcPr>
            <w:tcW w:type="dxa" w:w="1474"/>
            <w:gridSpan w:val="4"/>
          </w:tcPr>
          <w:p>
            <w:pPr>
              <w:jc w:val="right"/>
            </w:pPr>
            <w:r>
              <w:rPr>
                <w:b/>
              </w:rPr>
              <w:t>Rechnungsbetrag brutto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b/>
              </w:rPr>
              <w:t>[0,00 €]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b w:val="0"/>
          <w:sz w:val="19"/>
        </w:rPr>
        <w:t>Bei Bauleistungen an Bauunternehmer statt USt: „Übergang der Steuerschuld auf den Leistungsempfänger gemäß § 19 Abs. 1a UStG“ und UID-Nummer des Kunden.</w:t>
      </w:r>
    </w:p>
    <w:p>
      <w:pPr>
        <w:spacing w:after="80"/>
      </w:pPr>
      <w:r>
        <w:rPr>
          <w:b w:val="0"/>
          <w:sz w:val="20"/>
        </w:rPr>
        <w:t>Zahlbar innerhalb von 14 Tagen ohne Abzug.</w:t>
      </w:r>
    </w:p>
    <w:p>
      <w:pPr>
        <w:spacing w:after="360"/>
      </w:pPr>
      <w:r>
        <w:rPr>
          <w:b w:val="0"/>
          <w:sz w:val="20"/>
        </w:rPr>
        <w:t>Bankverbindung: [Kontoinhaber] · IBAN: [AT00 0000 0000 0000 0000] · BIC: [BIC]</w:t>
      </w:r>
    </w:p>
    <w:p>
      <w:pPr>
        <w:spacing w:after="80"/>
      </w:pPr>
      <w:r>
        <w:rPr>
          <w:b w:val="0"/>
          <w:color w:val="6B7280"/>
          <w:sz w:val="16"/>
        </w:rPr>
        <w:t>Vorlage nach § 11 UStG 1994 für Rechnungen über 400 € brutto (Stand Oktober 2026). Ermäßigte Sätze (10 %, 13 %) bei Bedarf je Position ausweisen. Allgemeine Vorlage, keine Steuerberatung. Bereitgestellt von Invoice Better.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