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28"/>
        </w:rPr>
        <w:t>[Ihr Firmenname]</w:t>
      </w:r>
    </w:p>
    <w:p>
      <w:pPr>
        <w:spacing w:after="40" w:before="0"/>
      </w:pPr>
      <w:r>
        <w:rPr>
          <w:b w:val="0"/>
          <w:color w:val="6B7280"/>
          <w:sz w:val="19"/>
        </w:rPr>
        <w:t>[Straße Hausnummer] · [PLZ Ort] · [Telefon] · [E-Mail]</w:t>
      </w:r>
    </w:p>
    <w:p>
      <w:pPr>
        <w:spacing w:after="240" w:before="0"/>
      </w:pPr>
      <w:r>
        <w:rPr>
          <w:b w:val="0"/>
          <w:color w:val="6B7280"/>
          <w:sz w:val="19"/>
        </w:rPr>
        <w:t>UID: [ATU00000000] · falls im Firmenbuch: FN [000000a], [Firmenbuchgericht]</w:t>
      </w:r>
    </w:p>
    <w:p>
      <w:pPr>
        <w:spacing w:after="40" w:before="0"/>
      </w:pPr>
      <w:r>
        <w:rPr>
          <w:b w:val="0"/>
          <w:color w:val="6B7280"/>
          <w:sz w:val="16"/>
        </w:rPr>
        <w:t>ANGEBOT AN</w:t>
      </w:r>
    </w:p>
    <w:p>
      <w:pPr>
        <w:spacing w:after="0" w:before="0"/>
      </w:pPr>
      <w:r>
        <w:rPr>
          <w:b w:val="0"/>
        </w:rPr>
        <w:t>[Name des Kunden]</w:t>
      </w:r>
    </w:p>
    <w:p>
      <w:pPr>
        <w:spacing w:after="0" w:before="0"/>
      </w:pPr>
      <w:r>
        <w:rPr>
          <w:b w:val="0"/>
        </w:rPr>
        <w:t>[Straße Hausnummer]</w:t>
      </w:r>
    </w:p>
    <w:p>
      <w:pPr>
        <w:spacing w:after="200" w:before="0"/>
      </w:pPr>
      <w:r>
        <w:rPr>
          <w:b w:val="0"/>
        </w:rPr>
        <w:t>[PLZ Ort]</w:t>
      </w:r>
    </w:p>
    <w:p>
      <w:pPr>
        <w:spacing w:after="120" w:before="0"/>
      </w:pPr>
      <w:r>
        <w:rPr>
          <w:b/>
          <w:color w:val="00A844"/>
          <w:sz w:val="40"/>
        </w:rPr>
        <w:t>ANGEBOT</w:t>
      </w:r>
    </w:p>
    <w:p>
      <w:pPr>
        <w:spacing w:after="40"/>
      </w:pPr>
      <w:r>
        <w:rPr>
          <w:b/>
        </w:rPr>
        <w:t xml:space="preserve">Angebotsnummer: </w:t>
      </w:r>
      <w:r>
        <w:t>[AN-2026-0001]</w:t>
      </w:r>
    </w:p>
    <w:p>
      <w:pPr>
        <w:spacing w:after="40"/>
      </w:pPr>
      <w:r>
        <w:rPr>
          <w:b/>
        </w:rPr>
        <w:t xml:space="preserve">Datum: </w:t>
      </w:r>
      <w:r>
        <w:t>[TT.MM.JJJJ]</w:t>
      </w:r>
    </w:p>
    <w:p>
      <w:pPr>
        <w:spacing w:after="40"/>
      </w:pPr>
      <w:r>
        <w:rPr>
          <w:b/>
        </w:rPr>
        <w:t xml:space="preserve">Gültig bis: </w:t>
      </w:r>
      <w:r>
        <w:t>[TT.MM.JJJJ]</w:t>
      </w:r>
    </w:p>
    <w:p>
      <w:pPr>
        <w:spacing w:after="40"/>
      </w:pPr>
      <w:r>
        <w:rPr>
          <w:b/>
        </w:rPr>
        <w:t xml:space="preserve">Ort der Arbeiten: </w:t>
      </w:r>
      <w:r>
        <w:t>[Adresse, falls abweichend]</w:t>
      </w:r>
    </w:p>
    <w:p>
      <w:pPr>
        <w:spacing w:after="80" w:before="0"/>
      </w:pPr>
      <w:r>
        <w:rPr>
          <w:b w:val="0"/>
        </w:rPr>
      </w:r>
    </w:p>
    <w:p>
      <w:pPr>
        <w:spacing w:after="120" w:before="0"/>
      </w:pPr>
      <w:r>
        <w:rPr>
          <w:b w:val="0"/>
        </w:rPr>
        <w:t>[Sehr geehrte Frau / Sehr geehrter Herr …,] vielen Dank für Ihre Anfrage. Wir bieten Ihnen an:</w:t>
      </w:r>
    </w:p>
    <w:tbl>
      <w:tblPr>
        <w:tblStyle w:val="TableGrid"/>
        <w:tblW w:type="dxa" w:w="9411"/>
        <w:tblLayout w:type="fixed"/>
        <w:tblLook w:firstColumn="1" w:firstRow="1" w:lastColumn="0" w:lastRow="0" w:noHBand="0" w:noVBand="1" w:val="04A0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</w:tblPr>
      <w:tblGrid>
        <w:gridCol w:w="624"/>
        <w:gridCol w:w="4195"/>
        <w:gridCol w:w="964"/>
        <w:gridCol w:w="1020"/>
        <w:gridCol w:w="1304"/>
        <w:gridCol w:w="1304"/>
      </w:tblGrid>
      <w:tr>
        <w:trPr>
          <w:tblHeader w:val="true"/>
        </w:trPr>
        <w:tc>
          <w:tcPr>
            <w:tcW w:type="dxa" w:w="624"/>
            <w:shd w:val="clear" w:color="auto" w:fill="E8F5EC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Pos.</w:t>
            </w:r>
          </w:p>
        </w:tc>
        <w:tc>
          <w:tcPr>
            <w:tcW w:type="dxa" w:w="4195"/>
            <w:shd w:val="clear" w:color="auto" w:fill="E8F5EC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Leistung</w:t>
            </w:r>
          </w:p>
        </w:tc>
        <w:tc>
          <w:tcPr>
            <w:tcW w:type="dxa" w:w="964"/>
            <w:shd w:val="clear" w:color="auto" w:fill="E8F5EC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Menge</w:t>
            </w:r>
          </w:p>
        </w:tc>
        <w:tc>
          <w:tcPr>
            <w:tcW w:type="dxa" w:w="1020"/>
            <w:shd w:val="clear" w:color="auto" w:fill="E8F5EC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Einheit</w:t>
            </w:r>
          </w:p>
        </w:tc>
        <w:tc>
          <w:tcPr>
            <w:tcW w:type="dxa" w:w="1304"/>
            <w:shd w:val="clear" w:color="auto" w:fill="E8F5EC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Einzelpreis</w:t>
            </w:r>
          </w:p>
        </w:tc>
        <w:tc>
          <w:tcPr>
            <w:tcW w:type="dxa" w:w="1304"/>
            <w:shd w:val="clear" w:color="auto" w:fill="E8F5EC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Betrag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[Leistung möglichst genau beschreiben]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[m²]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[Leistung möglichst genau beschreiben]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[m²]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[Leistung möglichst genau beschreiben]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[m²]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[Leistung möglichst genau beschreiben]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[m²]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B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[Bedarfsposition: nur nach Absprache, nicht in der Summe]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[Stk.]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Summe netto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zzgl. 20 % USt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Gesamtbetrag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[0,00 €]</w:t>
            </w:r>
          </w:p>
        </w:tc>
      </w:tr>
    </w:tbl>
    <w:p>
      <w:pPr>
        <w:spacing w:after="80" w:before="0"/>
      </w:pPr>
      <w:r>
        <w:rPr>
          <w:b w:val="0"/>
        </w:rPr>
      </w:r>
    </w:p>
    <w:p>
      <w:pPr>
        <w:spacing w:after="60" w:before="0"/>
      </w:pPr>
      <w:r>
        <w:rPr>
          <w:b w:val="0"/>
          <w:sz w:val="19"/>
        </w:rPr>
        <w:t>Dieses Angebot gilt bis [Datum].</w:t>
      </w:r>
    </w:p>
    <w:p>
      <w:pPr>
        <w:spacing w:after="60" w:before="0"/>
      </w:pPr>
      <w:r>
        <w:rPr>
          <w:b w:val="0"/>
          <w:sz w:val="19"/>
        </w:rPr>
        <w:t>Abgerechnet wird nach tatsächlich ausgeführter Menge zu den angebotenen Einheitspreisen.</w:t>
      </w:r>
    </w:p>
    <w:p>
      <w:pPr>
        <w:spacing w:after="60" w:before="0"/>
      </w:pPr>
      <w:r>
        <w:rPr>
          <w:b w:val="0"/>
          <w:sz w:val="19"/>
        </w:rPr>
        <w:t>Mit der Auftragserteilung stimmen Sie zu, dass wir die Rechnung als PDF per E-Mail senden.</w:t>
      </w:r>
    </w:p>
    <w:p>
      <w:pPr>
        <w:spacing w:after="80" w:before="200"/>
      </w:pPr>
      <w:r>
        <w:rPr>
          <w:b w:val="0"/>
        </w:rPr>
        <w:t>Auftrag erteilt: Ort, Datum, Unterschrift ______________________________</w:t>
      </w:r>
    </w:p>
    <w:p>
      <w:pPr>
        <w:pageBreakBefore/>
        <w:spacing w:after="200" w:before="0"/>
      </w:pPr>
      <w:r>
        <w:rPr>
          <w:b/>
          <w:color w:val="00A844"/>
          <w:sz w:val="28"/>
        </w:rPr>
        <w:t>Ausfüllhilfe: diese Seite vor dem Versand löschen</w:t>
      </w:r>
    </w:p>
    <w:p>
      <w:pPr>
        <w:spacing w:after="200" w:before="0"/>
      </w:pPr>
      <w:r>
        <w:rPr>
          <w:b w:val="0"/>
        </w:rPr>
        <w:t>Ersetzen Sie alle Angaben in [eckigen Klammern]. Word rechnet in dieser Vorlage nicht selbst: Prüfen Sie Summen und Steuer vor dem Versand.</w:t>
      </w:r>
    </w:p>
    <w:p>
      <w:pPr>
        <w:spacing w:after="140"/>
      </w:pPr>
      <w:r>
        <w:rPr>
          <w:b/>
        </w:rPr>
        <w:t xml:space="preserve">Gültig bis: </w:t>
      </w:r>
      <w:r>
        <w:t>Datum nennen. Ohne Frist sind Sie so lange gebunden, wie üblicherweise eine Antwort zu erwarten ist (§ 862 ABGB).</w:t>
      </w:r>
    </w:p>
    <w:p>
      <w:pPr>
        <w:spacing w:after="140"/>
      </w:pPr>
      <w:r>
        <w:rPr>
          <w:b/>
        </w:rPr>
        <w:t xml:space="preserve">Abrechnung: </w:t>
      </w:r>
      <w:r>
        <w:t>Für einen Festbetrag ersetzen Sie den Satz durch: „Der Gesamtbetrag ist ein Pauschalpreis. Zusatzwünsche verrechnen wir nach vorheriger Absprache gesondert.“</w:t>
      </w:r>
    </w:p>
    <w:p>
      <w:pPr>
        <w:spacing w:after="140"/>
      </w:pPr>
      <w:r>
        <w:rPr>
          <w:b/>
        </w:rPr>
        <w:t xml:space="preserve">Bedarfsposition: </w:t>
      </w:r>
      <w:r>
        <w:t>Steht im Angebot, zählt aber nicht zum Gesamtbetrag. Nicht benötigt? Zeile löschen.</w:t>
      </w:r>
    </w:p>
    <w:p>
      <w:pPr>
        <w:spacing w:after="140"/>
      </w:pPr>
      <w:r>
        <w:rPr>
          <w:b/>
        </w:rPr>
        <w:t xml:space="preserve">Kostenvoranschlag: </w:t>
      </w:r>
      <w:r>
        <w:t>Ist es nur eine Berechnung der voraussichtlichen Kosten, ändern Sie die Überschrift. An Private gilt sie sonst als verbindlich (§ 5 Abs. 2 KSchG): invoicebetter.at/kostenvoranschlag-oesterreich/</w:t>
      </w:r>
    </w:p>
    <w:p>
      <w:pPr>
        <w:spacing w:after="140"/>
      </w:pPr>
      <w:r>
        <w:rPr>
          <w:b/>
        </w:rPr>
        <w:t xml:space="preserve">Unternehmer als Kunde: </w:t>
      </w:r>
      <w:r>
        <w:t>Netto ist üblich. Privaten nennen Sie den Gesamtbetrag mit USt.</w:t>
      </w:r>
    </w:p>
    <w:p>
      <w:pPr>
        <w:spacing w:after="140"/>
      </w:pPr>
      <w:r>
        <w:rPr>
          <w:b/>
        </w:rPr>
        <w:t xml:space="preserve">Kleinunternehmer: </w:t>
      </w:r>
      <w:r>
        <w:t>USt-Zeilen löschen und schreiben: „Umsatzsteuerbefreit – Kleinunternehmer gemäß § 6 Abs. 1 Z 27 UStG“.</w:t>
      </w:r>
    </w:p>
    <w:p>
      <w:pPr>
        <w:spacing w:after="140"/>
      </w:pPr>
      <w:r>
        <w:rPr>
          <w:b/>
        </w:rPr>
        <w:t xml:space="preserve">Auftrag beim Kunden zu Hause: </w:t>
      </w:r>
      <w:r>
        <w:t>Private haben dann in der Regel 14 Tage Rücktrittsrecht (FAGG). Belehren Sie darüber schriftlich: invoicebetter.at/kostenvoranschlag-oesterreich/#zuhause</w:t>
      </w:r>
    </w:p>
    <w:p>
      <w:pPr>
        <w:spacing w:after="60" w:before="200"/>
      </w:pPr>
      <w:r>
        <w:rPr>
          <w:b w:val="0"/>
          <w:color w:val="6B7280"/>
          <w:sz w:val="17"/>
        </w:rPr>
        <w:t>Unverbindliche Vorlage für Angebote an Private und Unternehmen.</w:t>
      </w:r>
    </w:p>
    <w:p>
      <w:pPr>
        <w:spacing w:after="60" w:before="0"/>
      </w:pPr>
      <w:r>
        <w:rPr>
          <w:b w:val="0"/>
          <w:color w:val="9CA3AF"/>
          <w:sz w:val="17"/>
        </w:rPr>
        <w:t>Vorlage bereitgestellt von Invoice Better (invoicebetter.at). Stand November 2026. Allgemeine Information, keine Steuer- oder Rechtsberatung.</w:t>
      </w:r>
    </w:p>
    <w:sectPr w:rsidR="00FC693F" w:rsidRPr="0006063C" w:rsidSect="00034616">
      <w:pgSz w:w="11906" w:h="16838"/>
      <w:pgMar w:top="1020" w:right="1247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Angebotsvorlage Handwerker (Österreich)</dc:title>
  <dc:subject/>
  <dc:creator>Invoice Better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de-AT</dc:language>
</cp:coreProperties>
</file>